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color w:val="681F29"/>
          <w:sz w:val="38"/>
        </w:rPr>
        <w:t>A PRAYER OF SURRENDER,</w:t>
        <w:br/>
        <w:t>PROTECTION &amp; PEACE</w:t>
      </w:r>
    </w:p>
    <w:p>
      <w:pPr>
        <w:jc w:val="center"/>
      </w:pPr>
      <w:r>
        <w:rPr>
          <w:i/>
        </w:rPr>
        <w:t>Praying over tattoos, past choices, and anything that no longer reflects your walk with Christ</w:t>
      </w:r>
    </w:p>
    <w:p>
      <w:r>
        <w:t>Scripture for reflection: Psalm 139:23–24 • James 4:7–8 • Colossians 1:13–14 • 2 Timothy 1:7</w:t>
      </w:r>
    </w:p>
    <w:p>
      <w:pPr>
        <w:pStyle w:val="Heading2"/>
      </w:pPr>
      <w:r>
        <w:t>The Prayer</w:t>
      </w:r>
    </w:p>
    <w:p>
      <w:r>
        <w:t>Heavenly Father, I come before You in the name of Jesus Christ with an open and humble heart. You know my story, every choice I have made, and every mark upon my body. Nothing about me is hidden from You, and I thank You that Your mercy is greater than my past.</w:t>
      </w:r>
    </w:p>
    <w:p>
      <w:r>
        <w:t>Lord, I surrender to You every tattoo, symbol, image, word, and intention connected to my body. If I chose anything that celebrated darkness, conflicted with my faith, or drew my heart away from You, I repent of that choice. Forgive me, cleanse my heart, and guide me into truth.</w:t>
      </w:r>
    </w:p>
    <w:p>
      <w:r>
        <w:t>In the name of Jesus, I renounce any past dedication, vow, spiritual allegiance, or practice that I knowingly embraced and that stands against my commitment to You. I belong to Jesus Christ. My identity is not defined by ink, mistakes, fear, or my former life.</w:t>
      </w:r>
    </w:p>
    <w:p>
      <w:r>
        <w:t>Father, where I worry that I may have opened a spiritual door through something I chose or participated in, I bring that fear to You. I ask for Your protection, wisdom, and peace. Help me turn away from anything harmful and rest in Your love rather than live in fear of unseen forces.</w:t>
      </w:r>
    </w:p>
    <w:p>
      <w:r>
        <w:t>Guard my mind, heart, home, and relationships. Fill me with the Holy Spirit. Teach me to discern what is good, true, and pleasing to You. Replace shame with repentance, confusion with clarity, and fear with the sound mind You have promised.</w:t>
      </w:r>
    </w:p>
    <w:p>
      <w:r>
        <w:t>I dedicate my body, my life, and my future to Your service. Whether I keep, cover, or remove any tattoo, let that decision come from prayer, wisdom, and freedom—not panic or condemnation. May my life point others to Your grace and the transforming power of Jesus.</w:t>
      </w:r>
    </w:p>
    <w:p>
      <w:r>
        <w:t>Thank You that I can come to You just as I am and continue growing in faith. In Jesus’ name, amen.</w:t>
      </w:r>
    </w:p>
    <w:p>
      <w:pPr>
        <w:pStyle w:val="Heading2"/>
      </w:pPr>
      <w:r>
        <w:t>A Gentle Reminder</w:t>
      </w:r>
    </w:p>
    <w:p>
      <w:r>
        <w:t>Christians hold different views about tattoos and their spiritual significance. A tattoo is not, by itself, evidence of a demonic presence or an open portal. This prayer is an expression of repentance, dedication, and trust in God—not a diagnosis of spiritual harm. You do not need to live in fear of your body or your past.</w:t>
      </w:r>
    </w:p>
    <w:p>
      <w:pPr>
        <w:pStyle w:val="Heading2"/>
      </w:pPr>
      <w:r>
        <w:t>Personal Reflection</w:t>
      </w:r>
    </w:p>
    <w:p>
      <w:pPr>
        <w:pStyle w:val="ListBullet"/>
      </w:pPr>
      <w:r>
        <w:t>Is there a tattoo or past intention I want to bring honestly before God?</w:t>
      </w:r>
    </w:p>
    <w:p>
      <w:pPr>
        <w:pStyle w:val="ListBullet"/>
      </w:pPr>
      <w:r>
        <w:t>What would it look like to respond with wisdom rather than fear?</w:t>
      </w:r>
    </w:p>
    <w:p>
      <w:pPr>
        <w:pStyle w:val="ListBullet"/>
      </w:pPr>
      <w:r>
        <w:t>What Scripture reminds me of my identity and security in Christ?</w:t>
      </w:r>
    </w:p>
    <w:sectPr w:rsidR="00FC693F" w:rsidRPr="0006063C" w:rsidSect="00034616">
      <w:pgSz w:w="12240" w:h="15840"/>
      <w:pgMar w:top="1224"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